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BA5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Ректору</w:t>
      </w:r>
      <w:r w:rsidRPr="001F3436">
        <w:rPr>
          <w:rFonts w:cs="Times New Roman"/>
          <w:b/>
          <w:lang w:val="ru-RU"/>
        </w:rPr>
        <w:br/>
        <w:t xml:space="preserve">Учреждения «Международная академия 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proofErr w:type="spellStart"/>
      <w:proofErr w:type="gramStart"/>
      <w:r w:rsidRPr="001F3436">
        <w:rPr>
          <w:rFonts w:cs="Times New Roman"/>
          <w:b/>
          <w:lang w:val="ru-RU"/>
        </w:rPr>
        <w:t>репродуктологии</w:t>
      </w:r>
      <w:proofErr w:type="spellEnd"/>
      <w:r w:rsidRPr="001F3436">
        <w:rPr>
          <w:rFonts w:cs="Times New Roman"/>
          <w:b/>
          <w:lang w:val="ru-RU"/>
        </w:rPr>
        <w:t>»</w:t>
      </w:r>
      <w:r w:rsidRPr="001F3436">
        <w:rPr>
          <w:rFonts w:cs="Times New Roman"/>
          <w:b/>
          <w:lang w:val="ru-RU"/>
        </w:rPr>
        <w:br/>
        <w:t>Валееву</w:t>
      </w:r>
      <w:proofErr w:type="gramEnd"/>
      <w:r w:rsidRPr="001F3436">
        <w:rPr>
          <w:rFonts w:cs="Times New Roman"/>
          <w:b/>
          <w:lang w:val="ru-RU"/>
        </w:rPr>
        <w:t xml:space="preserve"> Р.К.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от (ФИО слушателя, разборчиво, по удостоверению личности)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______________________________________________________</w:t>
      </w:r>
    </w:p>
    <w:p w:rsidR="006C6560" w:rsidRPr="001F3436" w:rsidRDefault="006C6560" w:rsidP="009E4BA5">
      <w:pPr>
        <w:tabs>
          <w:tab w:val="left" w:pos="1575"/>
          <w:tab w:val="right" w:pos="9022"/>
        </w:tabs>
        <w:spacing w:after="0" w:line="240" w:lineRule="auto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ab/>
      </w:r>
      <w:r>
        <w:rPr>
          <w:rFonts w:cs="Times New Roman"/>
          <w:b/>
          <w:lang w:val="ru-RU"/>
        </w:rPr>
        <w:tab/>
      </w:r>
      <w:r w:rsidRPr="001F3436">
        <w:rPr>
          <w:rFonts w:cs="Times New Roman"/>
          <w:b/>
          <w:lang w:val="ru-RU"/>
        </w:rPr>
        <w:t>(Место работы слушателя)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______________________________________________________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полностью, без сокращений: город, название организации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______________________________________________________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(Должность слушателя, полностью, без сокращений)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______________________________________________________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Категория_________________________________________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Тел. сот. _________________________________________</w:t>
      </w:r>
    </w:p>
    <w:p w:rsidR="006C6560" w:rsidRPr="001F3436" w:rsidRDefault="006C6560" w:rsidP="009E4BA5">
      <w:pPr>
        <w:spacing w:after="0" w:line="240" w:lineRule="auto"/>
        <w:jc w:val="right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Эл. адрес_________________________________________</w:t>
      </w:r>
    </w:p>
    <w:p w:rsidR="006C6560" w:rsidRPr="001F3436" w:rsidRDefault="006C6560" w:rsidP="009E4BA5">
      <w:pPr>
        <w:spacing w:after="0" w:line="240" w:lineRule="auto"/>
        <w:jc w:val="center"/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br/>
      </w:r>
    </w:p>
    <w:p w:rsidR="006C6560" w:rsidRPr="001F3436" w:rsidRDefault="006C6560" w:rsidP="006C6560">
      <w:pPr>
        <w:jc w:val="center"/>
        <w:rPr>
          <w:rFonts w:cs="Times New Roman"/>
          <w:b/>
          <w:lang w:val="ru-RU"/>
        </w:rPr>
      </w:pPr>
    </w:p>
    <w:p w:rsidR="006C6560" w:rsidRPr="001F3436" w:rsidRDefault="006C6560" w:rsidP="006C6560">
      <w:pPr>
        <w:jc w:val="center"/>
        <w:rPr>
          <w:rFonts w:cs="Times New Roman"/>
          <w:b/>
          <w:lang w:val="ru-RU"/>
        </w:rPr>
      </w:pPr>
      <w:r w:rsidRPr="001F3436">
        <w:rPr>
          <w:rFonts w:cs="Times New Roman"/>
          <w:b/>
          <w:lang w:val="ru-RU"/>
        </w:rPr>
        <w:t>ЗАЯВЛЕНИЕ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>Прошу Вас зачислить меня на курс повышения квалификации / семинар-тренинг по теме (подчеркнуть нужное):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>____________________________________________________</w:t>
      </w:r>
      <w:r w:rsidR="009E4BA5">
        <w:rPr>
          <w:rFonts w:cs="Times New Roman"/>
          <w:lang w:val="ru-RU"/>
        </w:rPr>
        <w:t>__________________</w:t>
      </w:r>
      <w:r w:rsidRPr="001F3436">
        <w:rPr>
          <w:rFonts w:cs="Times New Roman"/>
          <w:lang w:val="ru-RU"/>
        </w:rPr>
        <w:t>______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>____________________________________________</w:t>
      </w:r>
      <w:r w:rsidR="009E4BA5">
        <w:rPr>
          <w:rFonts w:cs="Times New Roman"/>
          <w:lang w:val="ru-RU"/>
        </w:rPr>
        <w:t>__________________</w:t>
      </w:r>
      <w:r w:rsidRPr="001F3436">
        <w:rPr>
          <w:rFonts w:cs="Times New Roman"/>
          <w:lang w:val="ru-RU"/>
        </w:rPr>
        <w:t>______________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>с __________ 2025 г. по __________ 2025 г. на договорной основе.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>Общая стоимость цикла составляет __________</w:t>
      </w:r>
      <w:r w:rsidR="009E4BA5">
        <w:rPr>
          <w:rFonts w:cs="Times New Roman"/>
          <w:lang w:val="ru-RU"/>
        </w:rPr>
        <w:t>__________</w:t>
      </w:r>
      <w:r w:rsidRPr="001F3436">
        <w:rPr>
          <w:rFonts w:cs="Times New Roman"/>
          <w:lang w:val="ru-RU"/>
        </w:rPr>
        <w:t>________ тенге без учета НДС.</w:t>
      </w:r>
    </w:p>
    <w:p w:rsidR="006C6560" w:rsidRPr="001F3436" w:rsidRDefault="006C6560" w:rsidP="006C6560">
      <w:pPr>
        <w:spacing w:after="0" w:line="240" w:lineRule="auto"/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>(______________________________________________________________________)</w:t>
      </w:r>
    </w:p>
    <w:p w:rsidR="006C6560" w:rsidRPr="001F3436" w:rsidRDefault="006C6560" w:rsidP="006C6560">
      <w:pPr>
        <w:spacing w:after="0" w:line="240" w:lineRule="auto"/>
        <w:jc w:val="center"/>
        <w:rPr>
          <w:rFonts w:cs="Times New Roman"/>
          <w:lang w:val="ru-RU"/>
        </w:rPr>
      </w:pPr>
      <w:r w:rsidRPr="001F3436">
        <w:rPr>
          <w:rFonts w:cs="Times New Roman"/>
          <w:i/>
          <w:lang w:val="ru-RU"/>
        </w:rPr>
        <w:t>Прописью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br/>
        <w:t>Копия удостоверения личности, диплом и сертификат специалиста прилагается.</w:t>
      </w:r>
    </w:p>
    <w:p w:rsidR="006C6560" w:rsidRPr="001F3436" w:rsidRDefault="006C6560" w:rsidP="006C6560">
      <w:pPr>
        <w:rPr>
          <w:rFonts w:cs="Times New Roman"/>
          <w:lang w:val="ru-RU"/>
        </w:rPr>
      </w:pPr>
      <w:r w:rsidRPr="001F3436">
        <w:rPr>
          <w:rFonts w:cs="Times New Roman"/>
          <w:lang w:val="ru-RU"/>
        </w:rPr>
        <w:t xml:space="preserve">С условиями </w:t>
      </w:r>
      <w:r w:rsidR="00D54210">
        <w:rPr>
          <w:rFonts w:cs="Times New Roman"/>
          <w:lang w:val="ru-RU"/>
        </w:rPr>
        <w:t xml:space="preserve">Навигатора слушателя «Международной академии </w:t>
      </w:r>
      <w:proofErr w:type="spellStart"/>
      <w:r w:rsidR="00D54210">
        <w:rPr>
          <w:rFonts w:cs="Times New Roman"/>
          <w:lang w:val="ru-RU"/>
        </w:rPr>
        <w:t>репродуктологии</w:t>
      </w:r>
      <w:proofErr w:type="spellEnd"/>
      <w:r w:rsidR="00D54210">
        <w:rPr>
          <w:rFonts w:cs="Times New Roman"/>
          <w:lang w:val="ru-RU"/>
        </w:rPr>
        <w:t xml:space="preserve">» </w:t>
      </w:r>
      <w:r w:rsidRPr="001F3436">
        <w:rPr>
          <w:rFonts w:cs="Times New Roman"/>
          <w:lang w:val="ru-RU"/>
        </w:rPr>
        <w:t>ознакомлен(а) и согласен(а).</w:t>
      </w:r>
    </w:p>
    <w:p w:rsidR="006C6560" w:rsidRPr="001F3436" w:rsidRDefault="006C6560" w:rsidP="006C6560">
      <w:pPr>
        <w:rPr>
          <w:rFonts w:cs="Times New Roman"/>
        </w:rPr>
      </w:pPr>
      <w:r w:rsidRPr="001F3436">
        <w:rPr>
          <w:rFonts w:cs="Times New Roman"/>
          <w:lang w:val="ru-RU"/>
        </w:rPr>
        <w:br/>
      </w:r>
      <w:r w:rsidRPr="001F3436">
        <w:rPr>
          <w:rFonts w:cs="Times New Roman"/>
        </w:rPr>
        <w:t>_______________</w:t>
      </w:r>
      <w:r>
        <w:rPr>
          <w:rFonts w:cs="Times New Roman"/>
        </w:rPr>
        <w:t xml:space="preserve">                              </w:t>
      </w:r>
      <w:r w:rsidRPr="001F3436">
        <w:rPr>
          <w:rFonts w:cs="Times New Roman"/>
        </w:rPr>
        <w:t>___</w:t>
      </w:r>
      <w:r w:rsidRPr="001F3436">
        <w:rPr>
          <w:rFonts w:cs="Times New Roman"/>
          <w:lang w:val="ru-RU"/>
        </w:rPr>
        <w:t>____</w:t>
      </w:r>
      <w:r w:rsidRPr="001F3436">
        <w:rPr>
          <w:rFonts w:cs="Times New Roman"/>
        </w:rPr>
        <w:t>____________________</w:t>
      </w:r>
    </w:p>
    <w:p w:rsidR="006C6560" w:rsidRPr="001F3436" w:rsidRDefault="006C6560" w:rsidP="006C6560">
      <w:pPr>
        <w:rPr>
          <w:rFonts w:cs="Times New Roman"/>
        </w:rPr>
      </w:pPr>
      <w:r w:rsidRPr="001F3436">
        <w:rPr>
          <w:rFonts w:cs="Times New Roman"/>
        </w:rPr>
        <w:t xml:space="preserve">   (</w:t>
      </w:r>
      <w:proofErr w:type="spellStart"/>
      <w:proofErr w:type="gramStart"/>
      <w:r w:rsidRPr="001F3436">
        <w:rPr>
          <w:rFonts w:cs="Times New Roman"/>
        </w:rPr>
        <w:t>дата</w:t>
      </w:r>
      <w:proofErr w:type="spellEnd"/>
      <w:proofErr w:type="gramEnd"/>
      <w:r w:rsidRPr="001F3436">
        <w:rPr>
          <w:rFonts w:cs="Times New Roman"/>
        </w:rPr>
        <w:t xml:space="preserve">)                               </w:t>
      </w:r>
      <w:r>
        <w:rPr>
          <w:rFonts w:cs="Times New Roman"/>
        </w:rPr>
        <w:t xml:space="preserve">                    </w:t>
      </w:r>
      <w:r w:rsidRPr="001F3436">
        <w:rPr>
          <w:rFonts w:cs="Times New Roman"/>
        </w:rPr>
        <w:t xml:space="preserve"> (</w:t>
      </w:r>
      <w:proofErr w:type="spellStart"/>
      <w:proofErr w:type="gramStart"/>
      <w:r w:rsidRPr="001F3436">
        <w:rPr>
          <w:rFonts w:cs="Times New Roman"/>
        </w:rPr>
        <w:t>подпись</w:t>
      </w:r>
      <w:proofErr w:type="spellEnd"/>
      <w:proofErr w:type="gramEnd"/>
      <w:r w:rsidRPr="001F3436">
        <w:rPr>
          <w:rFonts w:cs="Times New Roman"/>
        </w:rPr>
        <w:t>)</w:t>
      </w:r>
    </w:p>
    <w:p w:rsidR="006C6560" w:rsidRDefault="006C6560" w:rsidP="006C6560">
      <w:pPr>
        <w:shd w:val="clear" w:color="auto" w:fill="FFFFFF" w:themeFill="background1"/>
        <w:spacing w:after="0" w:line="240" w:lineRule="auto"/>
        <w:ind w:firstLine="709"/>
        <w:outlineLvl w:val="0"/>
        <w:rPr>
          <w:rFonts w:eastAsia="Times New Roman" w:cs="Times New Roman"/>
          <w:color w:val="000000"/>
          <w:szCs w:val="24"/>
          <w:lang w:eastAsia="ru-RU"/>
        </w:rPr>
      </w:pPr>
      <w:bookmarkStart w:id="0" w:name="_GoBack"/>
      <w:bookmarkEnd w:id="0"/>
    </w:p>
    <w:p w:rsidR="003D26C4" w:rsidRPr="006C6560" w:rsidRDefault="003D26C4" w:rsidP="006C6560"/>
    <w:sectPr w:rsidR="003D26C4" w:rsidRPr="006C6560" w:rsidSect="009E4BA5">
      <w:pgSz w:w="12240" w:h="15840"/>
      <w:pgMar w:top="1440" w:right="900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26C4"/>
    <w:rsid w:val="006C6560"/>
    <w:rsid w:val="009E4BA5"/>
    <w:rsid w:val="00AA1D8D"/>
    <w:rsid w:val="00B47730"/>
    <w:rsid w:val="00CB0664"/>
    <w:rsid w:val="00D542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2463D2AF-EE04-4B56-8646-D5538370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E3CB8A3-4E0F-41F1-A9AC-221D77280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1462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4</cp:revision>
  <dcterms:created xsi:type="dcterms:W3CDTF">2025-10-06T08:00:00Z</dcterms:created>
  <dcterms:modified xsi:type="dcterms:W3CDTF">2025-10-10T06:17:00Z</dcterms:modified>
  <cp:category/>
</cp:coreProperties>
</file>